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326B7" w14:textId="77777777" w:rsidR="00150894" w:rsidRDefault="00000000">
      <w:pPr>
        <w:spacing w:before="200" w:after="560"/>
        <w:jc w:val="center"/>
        <w:rPr>
          <w:lang w:eastAsia="zh-TW"/>
        </w:rPr>
      </w:pPr>
      <w:r>
        <w:rPr>
          <w:sz w:val="32"/>
          <w:lang w:eastAsia="zh-TW"/>
        </w:rPr>
        <w:t>寄付金申込書（法人用）</w:t>
      </w:r>
    </w:p>
    <w:p w14:paraId="09F12C00" w14:textId="77777777" w:rsidR="00150894" w:rsidRDefault="00000000">
      <w:pPr>
        <w:spacing w:after="400"/>
        <w:rPr>
          <w:lang w:eastAsia="ja-JP"/>
        </w:rPr>
      </w:pPr>
      <w:r>
        <w:rPr>
          <w:lang w:eastAsia="ja-JP"/>
        </w:rPr>
        <w:t>下記のとおり寄付を申し込みます。</w:t>
      </w:r>
    </w:p>
    <w:p w14:paraId="0431B6AC" w14:textId="77777777" w:rsidR="00150894" w:rsidRDefault="00000000">
      <w:pPr>
        <w:spacing w:after="440"/>
        <w:jc w:val="right"/>
      </w:pPr>
      <w:proofErr w:type="spellStart"/>
      <w:r>
        <w:t>令和</w:t>
      </w:r>
      <w:proofErr w:type="spellEnd"/>
      <w:r>
        <w:t xml:space="preserve">　　　年　　　月　　　日</w:t>
      </w:r>
    </w:p>
    <w:p w14:paraId="0239A095" w14:textId="77777777" w:rsidR="00150894" w:rsidRDefault="00000000">
      <w:pPr>
        <w:spacing w:after="320"/>
        <w:rPr>
          <w:lang w:eastAsia="zh-TW"/>
        </w:rPr>
      </w:pPr>
      <w:r>
        <w:rPr>
          <w:lang w:eastAsia="zh-TW"/>
        </w:rPr>
        <w:t>学校法人原田学園　理事長　殿</w:t>
      </w:r>
    </w:p>
    <w:p w14:paraId="77D21B2A" w14:textId="77777777" w:rsidR="00150894" w:rsidRDefault="00000000" w:rsidP="00053FD8">
      <w:pPr>
        <w:spacing w:before="80" w:after="40" w:line="360" w:lineRule="auto"/>
        <w:ind w:right="880"/>
        <w:jc w:val="center"/>
      </w:pPr>
      <w:r>
        <w:t>（</w:t>
      </w:r>
      <w:proofErr w:type="spellStart"/>
      <w:r>
        <w:t>寄付申込者</w:t>
      </w:r>
      <w:proofErr w:type="spellEnd"/>
      <w:r>
        <w:t>）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669"/>
      </w:tblGrid>
      <w:tr w:rsidR="00150894" w14:paraId="230F81CE" w14:textId="77777777">
        <w:trPr>
          <w:jc w:val="righ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52690C73" w14:textId="77777777" w:rsidR="00150894" w:rsidRDefault="00000000" w:rsidP="00053FD8">
            <w:pPr>
              <w:spacing w:line="360" w:lineRule="auto"/>
            </w:pPr>
            <w:r>
              <w:t>〒</w:t>
            </w:r>
          </w:p>
        </w:tc>
      </w:tr>
      <w:tr w:rsidR="00150894" w14:paraId="2A21C050" w14:textId="77777777" w:rsidTr="00053FD8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24F37023" w14:textId="77777777" w:rsidR="00150894" w:rsidRDefault="00000000" w:rsidP="00053FD8">
            <w:pPr>
              <w:spacing w:line="360" w:lineRule="auto"/>
              <w:jc w:val="both"/>
            </w:pPr>
            <w:r>
              <w:t>住　所</w:t>
            </w:r>
          </w:p>
        </w:tc>
      </w:tr>
      <w:tr w:rsidR="00150894" w14:paraId="611C5A64" w14:textId="77777777" w:rsidTr="00053FD8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6BDB8F7B" w14:textId="77777777" w:rsidR="00150894" w:rsidRDefault="00000000" w:rsidP="00053FD8">
            <w:pPr>
              <w:spacing w:line="360" w:lineRule="auto"/>
              <w:jc w:val="both"/>
            </w:pPr>
            <w:r>
              <w:t>電話番号</w:t>
            </w:r>
          </w:p>
        </w:tc>
      </w:tr>
      <w:tr w:rsidR="00150894" w14:paraId="6D4081E8" w14:textId="77777777" w:rsidTr="00053FD8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17C4A026" w14:textId="77777777" w:rsidR="00150894" w:rsidRDefault="00000000" w:rsidP="00053FD8">
            <w:pPr>
              <w:spacing w:line="360" w:lineRule="auto"/>
              <w:jc w:val="both"/>
            </w:pPr>
            <w:r>
              <w:t>E-mail</w:t>
            </w:r>
          </w:p>
        </w:tc>
      </w:tr>
      <w:tr w:rsidR="00150894" w14:paraId="363ABD67" w14:textId="77777777" w:rsidTr="00053FD8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5EC492A5" w14:textId="77777777" w:rsidR="00150894" w:rsidRDefault="00000000" w:rsidP="00053FD8">
            <w:pPr>
              <w:spacing w:line="360" w:lineRule="auto"/>
              <w:jc w:val="both"/>
            </w:pPr>
            <w:r>
              <w:t>法人・団体名称</w:t>
            </w:r>
          </w:p>
        </w:tc>
      </w:tr>
    </w:tbl>
    <w:p w14:paraId="6AA4314F" w14:textId="77777777" w:rsidR="00190D18" w:rsidRDefault="00190D18" w:rsidP="00053FD8">
      <w:pPr>
        <w:spacing w:before="280" w:after="280" w:line="360" w:lineRule="auto"/>
        <w:jc w:val="center"/>
        <w:rPr>
          <w:rFonts w:eastAsiaTheme="minorEastAsia"/>
          <w:lang w:eastAsia="ja-JP"/>
        </w:rPr>
      </w:pPr>
    </w:p>
    <w:p w14:paraId="0680DCC2" w14:textId="651ED37C" w:rsidR="00150894" w:rsidRDefault="00000000" w:rsidP="00053FD8">
      <w:pPr>
        <w:spacing w:before="280" w:after="280" w:line="360" w:lineRule="auto"/>
        <w:jc w:val="center"/>
      </w:pPr>
      <w:r>
        <w:t>記</w:t>
      </w:r>
    </w:p>
    <w:p w14:paraId="18A1A4C5" w14:textId="77777777" w:rsidR="00150894" w:rsidRDefault="00000000" w:rsidP="00053FD8">
      <w:pPr>
        <w:spacing w:after="280" w:line="360" w:lineRule="auto"/>
        <w:rPr>
          <w:lang w:eastAsia="ja-JP"/>
        </w:rPr>
      </w:pPr>
      <w:r>
        <w:rPr>
          <w:lang w:eastAsia="ja-JP"/>
        </w:rPr>
        <w:t>１　寄付金の額　　　　金　　　　　　　　　　　　　円</w:t>
      </w:r>
    </w:p>
    <w:p w14:paraId="0C3AC614" w14:textId="77777777" w:rsidR="00150894" w:rsidRDefault="00000000" w:rsidP="00053FD8">
      <w:pPr>
        <w:spacing w:after="60" w:line="360" w:lineRule="auto"/>
        <w:rPr>
          <w:lang w:eastAsia="ja-JP"/>
        </w:rPr>
      </w:pPr>
      <w:r>
        <w:rPr>
          <w:lang w:eastAsia="ja-JP"/>
        </w:rPr>
        <w:t>２　確認事項</w:t>
      </w:r>
    </w:p>
    <w:p w14:paraId="45CD9CB2" w14:textId="77777777" w:rsidR="00150894" w:rsidRDefault="00000000" w:rsidP="00053FD8">
      <w:pPr>
        <w:spacing w:line="360" w:lineRule="auto"/>
        <w:ind w:left="340"/>
        <w:rPr>
          <w:lang w:eastAsia="ja-JP"/>
        </w:rPr>
      </w:pPr>
      <w:r>
        <w:rPr>
          <w:sz w:val="21"/>
          <w:lang w:eastAsia="ja-JP"/>
        </w:rPr>
        <w:t xml:space="preserve">　　当該寄付により、寄付によって設けられた設備を専属的に利用すること、その他</w:t>
      </w:r>
    </w:p>
    <w:p w14:paraId="7C0131AD" w14:textId="77777777" w:rsidR="00150894" w:rsidRDefault="00000000" w:rsidP="00053FD8">
      <w:pPr>
        <w:spacing w:after="200" w:line="360" w:lineRule="auto"/>
        <w:ind w:left="340"/>
        <w:rPr>
          <w:lang w:eastAsia="ja-JP"/>
        </w:rPr>
      </w:pPr>
      <w:r>
        <w:rPr>
          <w:sz w:val="21"/>
          <w:lang w:eastAsia="ja-JP"/>
        </w:rPr>
        <w:t xml:space="preserve">　　特別の利益を受けることはありません。</w:t>
      </w:r>
    </w:p>
    <w:p w14:paraId="54DBB1F5" w14:textId="77777777" w:rsidR="00150894" w:rsidRDefault="00000000" w:rsidP="00053FD8">
      <w:pPr>
        <w:spacing w:line="360" w:lineRule="auto"/>
        <w:jc w:val="right"/>
      </w:pPr>
      <w:proofErr w:type="spellStart"/>
      <w:r>
        <w:t>以上</w:t>
      </w:r>
      <w:proofErr w:type="spellEnd"/>
    </w:p>
    <w:sectPr w:rsidR="00150894" w:rsidSect="00034616">
      <w:pgSz w:w="11906" w:h="16838"/>
      <w:pgMar w:top="1361" w:right="1531" w:bottom="1247" w:left="153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erif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0684793">
    <w:abstractNumId w:val="8"/>
  </w:num>
  <w:num w:numId="2" w16cid:durableId="2057965574">
    <w:abstractNumId w:val="6"/>
  </w:num>
  <w:num w:numId="3" w16cid:durableId="1306276749">
    <w:abstractNumId w:val="5"/>
  </w:num>
  <w:num w:numId="4" w16cid:durableId="30233329">
    <w:abstractNumId w:val="4"/>
  </w:num>
  <w:num w:numId="5" w16cid:durableId="830608315">
    <w:abstractNumId w:val="7"/>
  </w:num>
  <w:num w:numId="6" w16cid:durableId="476462298">
    <w:abstractNumId w:val="3"/>
  </w:num>
  <w:num w:numId="7" w16cid:durableId="1147354862">
    <w:abstractNumId w:val="2"/>
  </w:num>
  <w:num w:numId="8" w16cid:durableId="1913419133">
    <w:abstractNumId w:val="1"/>
  </w:num>
  <w:num w:numId="9" w16cid:durableId="2008942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FD8"/>
    <w:rsid w:val="0006063C"/>
    <w:rsid w:val="0015074B"/>
    <w:rsid w:val="00150894"/>
    <w:rsid w:val="00190D18"/>
    <w:rsid w:val="0029639D"/>
    <w:rsid w:val="00326F90"/>
    <w:rsid w:val="00386EA3"/>
    <w:rsid w:val="005F5E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23E2AB"/>
  <w14:defaultImageDpi w14:val="300"/>
  <w15:docId w15:val="{6082A553-38A7-4ACE-9B5C-A06E359C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Noto Serif CJK JP" w:eastAsia="Noto Serif CJK JP" w:hAnsi="Noto Serif CJK JP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2026-10-05T08:57:00Z</dcterms:modified>
  <cp:category/>
</cp:coreProperties>
</file>